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80ED" w14:textId="77777777" w:rsidR="00561AA2" w:rsidRDefault="00050428">
      <w:pPr>
        <w:spacing w:before="480"/>
        <w:jc w:val="center"/>
      </w:pPr>
      <w:r>
        <w:rPr>
          <w:b/>
          <w:sz w:val="32"/>
        </w:rPr>
        <w:t>PRIJAVNICA</w:t>
      </w:r>
    </w:p>
    <w:p w14:paraId="50C3D10C" w14:textId="77777777" w:rsidR="00561AA2" w:rsidRDefault="00050428">
      <w:pPr>
        <w:jc w:val="center"/>
      </w:pPr>
      <w:r>
        <w:rPr>
          <w:b/>
          <w:sz w:val="22"/>
        </w:rPr>
        <w:t>za sudjelovanje na Sajmu proizvoda seoskih žena</w:t>
      </w:r>
      <w:r>
        <w:rPr>
          <w:b/>
          <w:sz w:val="22"/>
        </w:rPr>
        <w:br/>
        <w:t>u sklopu obilježavanja Svjetskog dana seoskih žena</w:t>
      </w:r>
    </w:p>
    <w:p w14:paraId="0337A81C" w14:textId="77777777" w:rsidR="00561AA2" w:rsidRDefault="00050428">
      <w:pPr>
        <w:spacing w:after="320"/>
        <w:jc w:val="center"/>
      </w:pPr>
      <w:r>
        <w:t>10. listopada 2026. u 11:00 sati · ispred Info-centra Pakovo Selo</w:t>
      </w:r>
    </w:p>
    <w:p w14:paraId="7C0E8253" w14:textId="77777777" w:rsidR="004A685B" w:rsidRDefault="00050428">
      <w:pPr>
        <w:spacing w:after="200"/>
        <w:rPr>
          <w:b/>
        </w:rPr>
      </w:pPr>
      <w:r>
        <w:rPr>
          <w:b/>
        </w:rPr>
        <w:t>Naziv OPG-a / udruge / drugog proizvođača ili ime i prezime:</w:t>
      </w:r>
    </w:p>
    <w:p w14:paraId="0938D91F" w14:textId="3D1C26EF" w:rsidR="00561AA2" w:rsidRDefault="00050428">
      <w:pPr>
        <w:spacing w:after="200"/>
      </w:pPr>
      <w:r>
        <w:br/>
        <w:t>___________________________________________________________________</w:t>
      </w:r>
    </w:p>
    <w:p w14:paraId="64EE2E6A" w14:textId="77777777" w:rsidR="00561AA2" w:rsidRDefault="00050428">
      <w:pPr>
        <w:spacing w:after="200"/>
      </w:pPr>
      <w:r>
        <w:rPr>
          <w:b/>
        </w:rPr>
        <w:t>OIB:</w:t>
      </w:r>
      <w:r>
        <w:br/>
        <w:t>___________________________________________________________________</w:t>
      </w:r>
    </w:p>
    <w:p w14:paraId="2077732A" w14:textId="77777777" w:rsidR="00561AA2" w:rsidRDefault="00050428">
      <w:pPr>
        <w:spacing w:after="200"/>
      </w:pPr>
      <w:r>
        <w:rPr>
          <w:b/>
        </w:rPr>
        <w:t>MIPG:</w:t>
      </w:r>
      <w:r>
        <w:t xml:space="preserve"> (ispunjavaju samo OPG-ovi)</w:t>
      </w:r>
      <w:r>
        <w:br/>
        <w:t>___________________________________________________________________</w:t>
      </w:r>
    </w:p>
    <w:p w14:paraId="2189D492" w14:textId="77777777" w:rsidR="00561AA2" w:rsidRDefault="00050428">
      <w:pPr>
        <w:spacing w:after="200"/>
      </w:pPr>
      <w:r>
        <w:rPr>
          <w:b/>
        </w:rPr>
        <w:t>Adresa:</w:t>
      </w:r>
      <w:r>
        <w:br/>
        <w:t>___________________________________________________________________</w:t>
      </w:r>
    </w:p>
    <w:p w14:paraId="3FACB55D" w14:textId="77777777" w:rsidR="00561AA2" w:rsidRDefault="00050428">
      <w:pPr>
        <w:spacing w:after="200"/>
      </w:pPr>
      <w:r>
        <w:rPr>
          <w:b/>
        </w:rPr>
        <w:t>Kontakt osoba:</w:t>
      </w:r>
      <w:r>
        <w:br/>
        <w:t>___________________________________________________________________</w:t>
      </w:r>
    </w:p>
    <w:p w14:paraId="5FB67FD5" w14:textId="77777777" w:rsidR="00561AA2" w:rsidRDefault="00050428">
      <w:pPr>
        <w:spacing w:after="200"/>
      </w:pPr>
      <w:r>
        <w:rPr>
          <w:b/>
        </w:rPr>
        <w:t>Telefon:</w:t>
      </w:r>
      <w:r>
        <w:br/>
        <w:t>___________________________________________________________________</w:t>
      </w:r>
    </w:p>
    <w:p w14:paraId="7753006B" w14:textId="77777777" w:rsidR="00561AA2" w:rsidRDefault="00050428">
      <w:pPr>
        <w:spacing w:after="200"/>
      </w:pPr>
      <w:r>
        <w:rPr>
          <w:b/>
        </w:rPr>
        <w:t>E-adresa:</w:t>
      </w:r>
      <w:r>
        <w:br/>
        <w:t>___________________________________________________________________</w:t>
      </w:r>
    </w:p>
    <w:p w14:paraId="4643F43E" w14:textId="77777777" w:rsidR="00561AA2" w:rsidRDefault="00050428">
      <w:r>
        <w:rPr>
          <w:b/>
        </w:rPr>
        <w:t>Popis proizvoda ili sadržaja koji će se predstavljati:</w:t>
      </w:r>
    </w:p>
    <w:p w14:paraId="37FDD39A" w14:textId="77777777" w:rsidR="00561AA2" w:rsidRDefault="00050428">
      <w:r>
        <w:t>___________________________________________________________________</w:t>
      </w:r>
    </w:p>
    <w:p w14:paraId="1FAB960F" w14:textId="77777777" w:rsidR="00561AA2" w:rsidRDefault="00050428">
      <w:r>
        <w:t>___________________________________________________________________</w:t>
      </w:r>
    </w:p>
    <w:p w14:paraId="14A8927F" w14:textId="77777777" w:rsidR="00561AA2" w:rsidRDefault="00050428">
      <w:r>
        <w:t>___________________________________________________________________</w:t>
      </w:r>
    </w:p>
    <w:p w14:paraId="2208CBD5" w14:textId="77777777" w:rsidR="00561AA2" w:rsidRDefault="00050428">
      <w:pPr>
        <w:spacing w:before="160"/>
      </w:pPr>
      <w:r>
        <w:rPr>
          <w:b/>
        </w:rPr>
        <w:t xml:space="preserve">Prilog uz prijavnicu: </w:t>
      </w:r>
      <w:r>
        <w:t>odgovarajuće rješenje o registraciji.</w:t>
      </w:r>
    </w:p>
    <w:p w14:paraId="46807EF9" w14:textId="77777777" w:rsidR="00561AA2" w:rsidRDefault="00050428">
      <w:pPr>
        <w:spacing w:before="240"/>
      </w:pPr>
      <w:r>
        <w:t>Izjavljujem da su navedeni podaci istiniti.</w:t>
      </w:r>
    </w:p>
    <w:p w14:paraId="09487E26" w14:textId="77777777" w:rsidR="004A685B" w:rsidRDefault="004A685B">
      <w:pPr>
        <w:spacing w:before="2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561AA2" w14:paraId="5145A280" w14:textId="77777777">
        <w:tc>
          <w:tcPr>
            <w:tcW w:w="4706" w:type="dxa"/>
          </w:tcPr>
          <w:p w14:paraId="4A93F311" w14:textId="77777777" w:rsidR="00561AA2" w:rsidRDefault="00050428">
            <w:r>
              <w:t>Mjesto i datum: ____________________</w:t>
            </w:r>
          </w:p>
        </w:tc>
        <w:tc>
          <w:tcPr>
            <w:tcW w:w="4706" w:type="dxa"/>
          </w:tcPr>
          <w:p w14:paraId="28E0C07F" w14:textId="77777777" w:rsidR="00561AA2" w:rsidRDefault="00050428">
            <w:r>
              <w:t>Potpis: __________________________</w:t>
            </w:r>
          </w:p>
        </w:tc>
      </w:tr>
    </w:tbl>
    <w:p w14:paraId="7777E495" w14:textId="77777777" w:rsidR="00050428" w:rsidRDefault="00050428"/>
    <w:sectPr w:rsidR="00050428" w:rsidSect="00034616">
      <w:headerReference w:type="default" r:id="rId8"/>
      <w:footerReference w:type="default" r:id="rId9"/>
      <w:pgSz w:w="11906" w:h="16838"/>
      <w:pgMar w:top="1020" w:right="1247" w:bottom="90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3C619" w14:textId="77777777" w:rsidR="00050428" w:rsidRDefault="00050428">
      <w:pPr>
        <w:spacing w:after="0" w:line="240" w:lineRule="auto"/>
      </w:pPr>
      <w:r>
        <w:separator/>
      </w:r>
    </w:p>
  </w:endnote>
  <w:endnote w:type="continuationSeparator" w:id="0">
    <w:p w14:paraId="5FE3694D" w14:textId="77777777" w:rsidR="00050428" w:rsidRDefault="0005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73E8" w14:textId="77777777" w:rsidR="00561AA2" w:rsidRDefault="00050428">
    <w:pPr>
      <w:pStyle w:val="Podnoje"/>
      <w:jc w:val="center"/>
    </w:pPr>
    <w:r>
      <w:rPr>
        <w:sz w:val="18"/>
      </w:rPr>
      <w:t>Prijave do 6. listopada 2026. · gospodarstvo@drnis.hr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B91D" w14:textId="77777777" w:rsidR="00050428" w:rsidRDefault="00050428">
      <w:pPr>
        <w:spacing w:after="0" w:line="240" w:lineRule="auto"/>
      </w:pPr>
      <w:r>
        <w:separator/>
      </w:r>
    </w:p>
  </w:footnote>
  <w:footnote w:type="continuationSeparator" w:id="0">
    <w:p w14:paraId="33F8DA94" w14:textId="77777777" w:rsidR="00050428" w:rsidRDefault="000504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6DD9" w14:textId="03BE8986" w:rsidR="004A685B" w:rsidRPr="00687277" w:rsidRDefault="004A685B" w:rsidP="004A685B">
    <w:pPr>
      <w:pStyle w:val="Podnoje"/>
      <w:jc w:val="center"/>
      <w:rPr>
        <w:b/>
        <w:noProof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188B5D81" wp14:editId="358EE7A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25755" cy="450215"/>
          <wp:effectExtent l="0" t="0" r="0" b="6985"/>
          <wp:wrapNone/>
          <wp:docPr id="108811832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0CCDAAFD" wp14:editId="5A4427FA">
          <wp:extent cx="1066800" cy="495300"/>
          <wp:effectExtent l="0" t="0" r="0" b="0"/>
          <wp:docPr id="10" name="Slika 1" descr="MPS Uprava ribarstvo &gt; Naslov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MPS Uprava ribarstvo &gt; Naslov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</w:t>
    </w:r>
    <w:r>
      <w:rPr>
        <w:noProof/>
      </w:rPr>
      <w:drawing>
        <wp:inline distT="0" distB="0" distL="0" distR="0" wp14:anchorId="465A61BD" wp14:editId="1464689A">
          <wp:extent cx="724619" cy="508000"/>
          <wp:effectExtent l="0" t="0" r="0" b="6350"/>
          <wp:docPr id="22490013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99" cy="525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F3F1AD" w14:textId="77777777" w:rsidR="004A685B" w:rsidRPr="00AB398B" w:rsidRDefault="004A685B" w:rsidP="004A685B">
    <w:pPr>
      <w:pStyle w:val="Podnoje"/>
      <w:rPr>
        <w:rFonts w:ascii="Calibri" w:hAnsi="Calibri" w:cs="Calibri"/>
        <w:sz w:val="16"/>
        <w:szCs w:val="16"/>
      </w:rPr>
    </w:pPr>
    <w:r w:rsidRPr="00AB398B">
      <w:rPr>
        <w:rFonts w:ascii="Calibri" w:hAnsi="Calibri" w:cs="Calibri"/>
        <w:sz w:val="16"/>
        <w:szCs w:val="16"/>
      </w:rPr>
      <w:t xml:space="preserve"> Grad Drniš                                                         </w:t>
    </w:r>
    <w:r>
      <w:rPr>
        <w:rFonts w:ascii="Calibri" w:hAnsi="Calibri" w:cs="Calibri"/>
        <w:sz w:val="16"/>
        <w:szCs w:val="16"/>
      </w:rPr>
      <w:t xml:space="preserve"> </w:t>
    </w:r>
    <w:r w:rsidRPr="00AB398B">
      <w:rPr>
        <w:rFonts w:ascii="Calibri" w:hAnsi="Calibri" w:cs="Calibri"/>
        <w:sz w:val="16"/>
        <w:szCs w:val="16"/>
      </w:rPr>
      <w:t xml:space="preserve">                                                                                  </w:t>
    </w:r>
  </w:p>
  <w:p w14:paraId="6393B53F" w14:textId="77777777" w:rsidR="004A685B" w:rsidRPr="004A685B" w:rsidRDefault="004A685B" w:rsidP="004A685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491719">
    <w:abstractNumId w:val="8"/>
  </w:num>
  <w:num w:numId="2" w16cid:durableId="909001295">
    <w:abstractNumId w:val="6"/>
  </w:num>
  <w:num w:numId="3" w16cid:durableId="1582792213">
    <w:abstractNumId w:val="5"/>
  </w:num>
  <w:num w:numId="4" w16cid:durableId="2095514657">
    <w:abstractNumId w:val="4"/>
  </w:num>
  <w:num w:numId="5" w16cid:durableId="1949309418">
    <w:abstractNumId w:val="7"/>
  </w:num>
  <w:num w:numId="6" w16cid:durableId="1003624421">
    <w:abstractNumId w:val="3"/>
  </w:num>
  <w:num w:numId="7" w16cid:durableId="1518425992">
    <w:abstractNumId w:val="2"/>
  </w:num>
  <w:num w:numId="8" w16cid:durableId="1925532712">
    <w:abstractNumId w:val="1"/>
  </w:num>
  <w:num w:numId="9" w16cid:durableId="26033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428"/>
    <w:rsid w:val="0006063C"/>
    <w:rsid w:val="0015074B"/>
    <w:rsid w:val="0029639D"/>
    <w:rsid w:val="00326F90"/>
    <w:rsid w:val="004A685B"/>
    <w:rsid w:val="00561AA2"/>
    <w:rsid w:val="006675F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3A7D9"/>
  <w14:defaultImageDpi w14:val="300"/>
  <w15:docId w15:val="{93073BA0-FE1D-4777-AA0F-DE8FDE93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Ivana Sučić</cp:lastModifiedBy>
  <cp:revision>2</cp:revision>
  <dcterms:created xsi:type="dcterms:W3CDTF">2026-09-25T07:27:00Z</dcterms:created>
  <dcterms:modified xsi:type="dcterms:W3CDTF">2026-09-25T07:27:00Z</dcterms:modified>
  <cp:category/>
</cp:coreProperties>
</file>